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20"/>
        <w:jc w:val="center"/>
      </w:pPr>
      <w:r>
        <w:rPr>
          <w:rFonts w:ascii="Calibri" w:hAnsi="Calibri"/>
          <w:b/>
          <w:color w:val="0F172A"/>
          <w:sz w:val="34"/>
        </w:rPr>
        <w:t>ANIRUDHA PRAMOD KULKARNI</w:t>
      </w:r>
    </w:p>
    <w:p>
      <w:pPr>
        <w:spacing w:after="60"/>
        <w:jc w:val="center"/>
      </w:pPr>
      <w:r>
        <w:rPr>
          <w:rFonts w:ascii="Calibri" w:hAnsi="Calibri"/>
          <w:b/>
          <w:color w:val="1F4E79"/>
          <w:sz w:val="21"/>
        </w:rPr>
        <w:t>Full-Stack Software Developer | Angular | .NET Core | C# | Web API | Microservices</w:t>
      </w:r>
    </w:p>
    <w:p>
      <w:pPr>
        <w:spacing w:after="140"/>
        <w:jc w:val="center"/>
      </w:pPr>
      <w:r>
        <w:rPr>
          <w:rFonts w:ascii="Calibri" w:hAnsi="Calibri"/>
          <w:b w:val="0"/>
          <w:color w:val="374151"/>
          <w:sz w:val="20"/>
        </w:rPr>
        <w:t>Pune, India | +91 8830573707 | kulkarnianirudhap@gmail.com | anirudhakulkarni.com</w:t>
      </w:r>
    </w:p>
    <w:p>
      <w:pPr>
        <w:keepNext/>
        <w:spacing w:before="160" w:after="80"/>
      </w:pPr>
      <w:r>
        <w:rPr>
          <w:rFonts w:ascii="Calibri" w:hAnsi="Calibri"/>
          <w:b/>
          <w:color w:val="1F4E79"/>
          <w:sz w:val="22"/>
        </w:rPr>
        <w:t>PROFESSIONAL SUMMARY</w:t>
      </w:r>
    </w:p>
    <w:p>
      <w:pPr>
        <w:spacing w:after="100" w:before="0" w:line="259" w:lineRule="auto"/>
      </w:pPr>
      <w:r>
        <w:rPr>
          <w:rFonts w:ascii="Calibri" w:hAnsi="Calibri"/>
          <w:b w:val="0"/>
          <w:color w:val="111827"/>
          <w:sz w:val="20"/>
        </w:rPr>
        <w:t>Full-stack software developer with 4.5+ years of experience building Angular applications, .NET Core APIs, microservices, and database-backed enterprise systems. Hands-on with C#, Web API, SQL Server, MongoDB, Kafka, RabbitMQ, XML/XSLT, and file processing for Excel, CSV, DOCX, and PDF workflows. Comfortable working across UI, API, service integration, and production support with distributed teams.</w:t>
      </w:r>
    </w:p>
    <w:p>
      <w:pPr>
        <w:keepNext/>
        <w:spacing w:before="160" w:after="80"/>
      </w:pPr>
      <w:r>
        <w:rPr>
          <w:rFonts w:ascii="Calibri" w:hAnsi="Calibri"/>
          <w:b/>
          <w:color w:val="1F4E79"/>
          <w:sz w:val="22"/>
        </w:rPr>
        <w:t>TECHNICAL SKILLS</w:t>
      </w:r>
    </w:p>
    <w:p>
      <w:pPr>
        <w:spacing w:after="20"/>
      </w:pPr>
      <w:r>
        <w:rPr>
          <w:rFonts w:ascii="Calibri" w:hAnsi="Calibri"/>
          <w:b/>
          <w:color w:val="111827"/>
          <w:sz w:val="20"/>
        </w:rPr>
        <w:t xml:space="preserve">Frontend: </w:t>
      </w:r>
      <w:r>
        <w:rPr>
          <w:rFonts w:ascii="Calibri" w:hAnsi="Calibri"/>
          <w:b w:val="0"/>
          <w:color w:val="111827"/>
          <w:sz w:val="20"/>
        </w:rPr>
        <w:t>Angular 2+, HTML5, CSS3, SCSS, Bootstrap, Angular Material, JavaScript, jQuery</w:t>
      </w:r>
    </w:p>
    <w:p>
      <w:pPr>
        <w:spacing w:after="20"/>
      </w:pPr>
      <w:r>
        <w:rPr>
          <w:rFonts w:ascii="Calibri" w:hAnsi="Calibri"/>
          <w:b/>
          <w:color w:val="111827"/>
          <w:sz w:val="20"/>
        </w:rPr>
        <w:t xml:space="preserve">Backend: </w:t>
      </w:r>
      <w:r>
        <w:rPr>
          <w:rFonts w:ascii="Calibri" w:hAnsi="Calibri"/>
          <w:b w:val="0"/>
          <w:color w:val="111827"/>
          <w:sz w:val="20"/>
        </w:rPr>
        <w:t>.NET Core, .NET Framework, C#, ADO.NET, MVC, Web API, microservices</w:t>
      </w:r>
    </w:p>
    <w:p>
      <w:pPr>
        <w:spacing w:after="20"/>
      </w:pPr>
      <w:r>
        <w:rPr>
          <w:rFonts w:ascii="Calibri" w:hAnsi="Calibri"/>
          <w:b/>
          <w:color w:val="111827"/>
          <w:sz w:val="20"/>
        </w:rPr>
        <w:t xml:space="preserve">Messaging: </w:t>
      </w:r>
      <w:r>
        <w:rPr>
          <w:rFonts w:ascii="Calibri" w:hAnsi="Calibri"/>
          <w:b w:val="0"/>
          <w:color w:val="111827"/>
          <w:sz w:val="20"/>
        </w:rPr>
        <w:t>Kafka, RabbitMQ</w:t>
      </w:r>
    </w:p>
    <w:p>
      <w:pPr>
        <w:spacing w:after="20"/>
      </w:pPr>
      <w:r>
        <w:rPr>
          <w:rFonts w:ascii="Calibri" w:hAnsi="Calibri"/>
          <w:b/>
          <w:color w:val="111827"/>
          <w:sz w:val="20"/>
        </w:rPr>
        <w:t xml:space="preserve">Databases: </w:t>
      </w:r>
      <w:r>
        <w:rPr>
          <w:rFonts w:ascii="Calibri" w:hAnsi="Calibri"/>
          <w:b w:val="0"/>
          <w:color w:val="111827"/>
          <w:sz w:val="20"/>
        </w:rPr>
        <w:t>SQL Server 2014+, MongoDB</w:t>
      </w:r>
    </w:p>
    <w:p>
      <w:pPr>
        <w:spacing w:after="20"/>
      </w:pPr>
      <w:r>
        <w:rPr>
          <w:rFonts w:ascii="Calibri" w:hAnsi="Calibri"/>
          <w:b/>
          <w:color w:val="111827"/>
          <w:sz w:val="20"/>
        </w:rPr>
        <w:t xml:space="preserve">Tools: </w:t>
      </w:r>
      <w:r>
        <w:rPr>
          <w:rFonts w:ascii="Calibri" w:hAnsi="Calibri"/>
          <w:b w:val="0"/>
          <w:color w:val="111827"/>
          <w:sz w:val="20"/>
        </w:rPr>
        <w:t>Git, GitLab, Azure DevOps, TFS, JIRA, ServiceNow, Log4Net</w:t>
      </w:r>
    </w:p>
    <w:p>
      <w:pPr>
        <w:spacing w:after="20"/>
      </w:pPr>
      <w:r>
        <w:rPr>
          <w:rFonts w:ascii="Calibri" w:hAnsi="Calibri"/>
          <w:b/>
          <w:color w:val="111827"/>
          <w:sz w:val="20"/>
        </w:rPr>
        <w:t xml:space="preserve">File Handling: </w:t>
      </w:r>
      <w:r>
        <w:rPr>
          <w:rFonts w:ascii="Calibri" w:hAnsi="Calibri"/>
          <w:b w:val="0"/>
          <w:color w:val="111827"/>
          <w:sz w:val="20"/>
        </w:rPr>
        <w:t>Excel, CSV, DOCX, and PDF import/export using C#</w:t>
      </w:r>
    </w:p>
    <w:p>
      <w:pPr>
        <w:keepNext/>
        <w:spacing w:before="160" w:after="80"/>
      </w:pPr>
      <w:r>
        <w:rPr>
          <w:rFonts w:ascii="Calibri" w:hAnsi="Calibri"/>
          <w:b/>
          <w:color w:val="1F4E79"/>
          <w:sz w:val="22"/>
        </w:rPr>
        <w:t>PROFESSIONAL EXPERIENCE</w:t>
      </w:r>
    </w:p>
    <w:p>
      <w:pPr>
        <w:spacing w:before="100" w:after="20"/>
      </w:pPr>
      <w:r>
        <w:rPr>
          <w:rFonts w:ascii="Calibri" w:hAnsi="Calibri"/>
          <w:b/>
          <w:color w:val="111827"/>
          <w:sz w:val="21"/>
        </w:rPr>
        <w:t>Consultant | T-Systems ICT India Pvt. Ltd., Pune</w:t>
      </w:r>
      <w:r>
        <w:rPr>
          <w:rFonts w:ascii="Calibri" w:hAnsi="Calibri"/>
          <w:b/>
          <w:color w:val="4B5563"/>
          <w:sz w:val="21"/>
        </w:rPr>
        <w:t xml:space="preserve"> | Nov 2024 - Present</w:t>
      </w:r>
    </w:p>
    <w:p>
      <w:pPr>
        <w:pStyle w:val="ListBullet"/>
        <w:spacing w:after="40" w:line="259" w:lineRule="auto"/>
      </w:pPr>
      <w:r>
        <w:rPr>
          <w:rFonts w:ascii="Calibri" w:hAnsi="Calibri"/>
          <w:b w:val="0"/>
          <w:color w:val="111827"/>
          <w:sz w:val="20"/>
        </w:rPr>
        <w:t>Develop Angular-based web application features and integrate them with .NET Core APIs.</w:t>
      </w:r>
    </w:p>
    <w:p>
      <w:pPr>
        <w:pStyle w:val="ListBullet"/>
        <w:spacing w:after="40" w:line="259" w:lineRule="auto"/>
      </w:pPr>
      <w:r>
        <w:rPr>
          <w:rFonts w:ascii="Calibri" w:hAnsi="Calibri"/>
          <w:b w:val="0"/>
          <w:color w:val="111827"/>
          <w:sz w:val="20"/>
        </w:rPr>
        <w:t>Work on ST4 for MAN Energy Solution using .NET Core 7, Angular, XML, and XSLT.</w:t>
      </w:r>
    </w:p>
    <w:p>
      <w:pPr>
        <w:pStyle w:val="ListBullet"/>
        <w:spacing w:after="40" w:line="259" w:lineRule="auto"/>
      </w:pPr>
      <w:r>
        <w:rPr>
          <w:rFonts w:ascii="Calibri" w:hAnsi="Calibri"/>
          <w:b w:val="0"/>
          <w:color w:val="111827"/>
          <w:sz w:val="20"/>
        </w:rPr>
        <w:t>Build and maintain data handling features for Excel, CSV, and PDF workflows.</w:t>
      </w:r>
    </w:p>
    <w:p>
      <w:pPr>
        <w:pStyle w:val="ListBullet"/>
        <w:spacing w:after="40" w:line="259" w:lineRule="auto"/>
      </w:pPr>
      <w:r>
        <w:rPr>
          <w:rFonts w:ascii="Calibri" w:hAnsi="Calibri"/>
          <w:b w:val="0"/>
          <w:color w:val="111827"/>
          <w:sz w:val="20"/>
        </w:rPr>
        <w:t>Collaborate with cross-functional teams on implementation, architecture improvements, and application performance.</w:t>
      </w:r>
    </w:p>
    <w:p>
      <w:pPr>
        <w:spacing w:before="100" w:after="20"/>
      </w:pPr>
      <w:r>
        <w:rPr>
          <w:rFonts w:ascii="Calibri" w:hAnsi="Calibri"/>
          <w:b/>
          <w:color w:val="111827"/>
          <w:sz w:val="21"/>
        </w:rPr>
        <w:t>Senior Software Consultant | EY LLP, Bangalore</w:t>
      </w:r>
      <w:r>
        <w:rPr>
          <w:rFonts w:ascii="Calibri" w:hAnsi="Calibri"/>
          <w:b/>
          <w:color w:val="4B5563"/>
          <w:sz w:val="21"/>
        </w:rPr>
        <w:t xml:space="preserve"> | Mar 2021 - Apr 2024</w:t>
      </w:r>
    </w:p>
    <w:p>
      <w:pPr>
        <w:pStyle w:val="ListBullet"/>
        <w:spacing w:after="40" w:line="259" w:lineRule="auto"/>
      </w:pPr>
      <w:r>
        <w:rPr>
          <w:rFonts w:ascii="Calibri" w:hAnsi="Calibri"/>
          <w:b w:val="0"/>
          <w:color w:val="111827"/>
          <w:sz w:val="20"/>
        </w:rPr>
        <w:t>Developed .NET Core microservices with Kafka and RabbitMQ for asynchronous message handling.</w:t>
      </w:r>
    </w:p>
    <w:p>
      <w:pPr>
        <w:pStyle w:val="ListBullet"/>
        <w:spacing w:after="40" w:line="259" w:lineRule="auto"/>
      </w:pPr>
      <w:r>
        <w:rPr>
          <w:rFonts w:ascii="Calibri" w:hAnsi="Calibri"/>
          <w:b w:val="0"/>
          <w:color w:val="111827"/>
          <w:sz w:val="20"/>
        </w:rPr>
        <w:t>Integrated backend APIs with Angular frontends and built reusable UI components.</w:t>
      </w:r>
    </w:p>
    <w:p>
      <w:pPr>
        <w:pStyle w:val="ListBullet"/>
        <w:spacing w:after="40" w:line="259" w:lineRule="auto"/>
      </w:pPr>
      <w:r>
        <w:rPr>
          <w:rFonts w:ascii="Calibri" w:hAnsi="Calibri"/>
          <w:b w:val="0"/>
          <w:color w:val="111827"/>
          <w:sz w:val="20"/>
        </w:rPr>
        <w:t>Used MongoDB for microservice data storage and supported service-level data workflows.</w:t>
      </w:r>
    </w:p>
    <w:p>
      <w:pPr>
        <w:pStyle w:val="ListBullet"/>
        <w:spacing w:after="40" w:line="259" w:lineRule="auto"/>
      </w:pPr>
      <w:r>
        <w:rPr>
          <w:rFonts w:ascii="Calibri" w:hAnsi="Calibri"/>
          <w:b w:val="0"/>
          <w:color w:val="111827"/>
          <w:sz w:val="20"/>
        </w:rPr>
        <w:t>Worked with distributed teams on solution design, implementation, issue analysis, and delivery support.</w:t>
      </w:r>
    </w:p>
    <w:p>
      <w:pPr>
        <w:spacing w:before="100" w:after="20"/>
      </w:pPr>
      <w:r>
        <w:rPr>
          <w:rFonts w:ascii="Calibri" w:hAnsi="Calibri"/>
          <w:b/>
          <w:color w:val="111827"/>
          <w:sz w:val="21"/>
        </w:rPr>
        <w:t>Software Engineer | mPhatek Systems Pvt. Ltd., Pune</w:t>
      </w:r>
      <w:r>
        <w:rPr>
          <w:rFonts w:ascii="Calibri" w:hAnsi="Calibri"/>
          <w:b/>
          <w:color w:val="4B5563"/>
          <w:sz w:val="21"/>
        </w:rPr>
        <w:t xml:space="preserve"> | Nov 2020 - Mar 2021</w:t>
      </w:r>
    </w:p>
    <w:p>
      <w:pPr>
        <w:pStyle w:val="ListBullet"/>
        <w:spacing w:after="40" w:line="259" w:lineRule="auto"/>
      </w:pPr>
      <w:r>
        <w:rPr>
          <w:rFonts w:ascii="Calibri" w:hAnsi="Calibri"/>
          <w:b w:val="0"/>
          <w:color w:val="111827"/>
          <w:sz w:val="20"/>
        </w:rPr>
        <w:t>Built Angular application features and connected them with .NET APIs.</w:t>
      </w:r>
    </w:p>
    <w:p>
      <w:pPr>
        <w:pStyle w:val="ListBullet"/>
        <w:spacing w:after="40" w:line="259" w:lineRule="auto"/>
      </w:pPr>
      <w:r>
        <w:rPr>
          <w:rFonts w:ascii="Calibri" w:hAnsi="Calibri"/>
          <w:b w:val="0"/>
          <w:color w:val="111827"/>
          <w:sz w:val="20"/>
        </w:rPr>
        <w:t>Improved import/export functionality for Excel, CSV, and PDF use cases.</w:t>
      </w:r>
    </w:p>
    <w:p>
      <w:pPr>
        <w:spacing w:before="100" w:after="20"/>
      </w:pPr>
      <w:r>
        <w:rPr>
          <w:rFonts w:ascii="Calibri" w:hAnsi="Calibri"/>
          <w:b/>
          <w:color w:val="111827"/>
          <w:sz w:val="21"/>
        </w:rPr>
        <w:t>Software Developer | Varseno Solutions LLP, Pune</w:t>
      </w:r>
      <w:r>
        <w:rPr>
          <w:rFonts w:ascii="Calibri" w:hAnsi="Calibri"/>
          <w:b/>
          <w:color w:val="4B5563"/>
          <w:sz w:val="21"/>
        </w:rPr>
        <w:t xml:space="preserve"> | Apr 2019 - Jul 2020</w:t>
      </w:r>
    </w:p>
    <w:p>
      <w:pPr>
        <w:pStyle w:val="ListBullet"/>
        <w:spacing w:after="40" w:line="259" w:lineRule="auto"/>
      </w:pPr>
      <w:r>
        <w:rPr>
          <w:rFonts w:ascii="Calibri" w:hAnsi="Calibri"/>
          <w:b w:val="0"/>
          <w:color w:val="111827"/>
          <w:sz w:val="20"/>
        </w:rPr>
        <w:t>Developed Angular and .NET Core web applications with RESTful APIs.</w:t>
      </w:r>
    </w:p>
    <w:p>
      <w:pPr>
        <w:pStyle w:val="ListBullet"/>
        <w:spacing w:after="40" w:line="259" w:lineRule="auto"/>
      </w:pPr>
      <w:r>
        <w:rPr>
          <w:rFonts w:ascii="Calibri" w:hAnsi="Calibri"/>
          <w:b w:val="0"/>
          <w:color w:val="111827"/>
          <w:sz w:val="20"/>
        </w:rPr>
        <w:t>Handled API lifecycle work, database design, SQL Server integration, and UI implementation.</w:t>
      </w:r>
    </w:p>
    <w:p>
      <w:pPr>
        <w:spacing w:before="100" w:after="20"/>
      </w:pPr>
      <w:r>
        <w:rPr>
          <w:rFonts w:ascii="Calibri" w:hAnsi="Calibri"/>
          <w:b/>
          <w:color w:val="111827"/>
          <w:sz w:val="21"/>
        </w:rPr>
        <w:t>Embedded Developer | Mayuresh Industries, Kolhapur</w:t>
      </w:r>
      <w:r>
        <w:rPr>
          <w:rFonts w:ascii="Calibri" w:hAnsi="Calibri"/>
          <w:b/>
          <w:color w:val="4B5563"/>
          <w:sz w:val="21"/>
        </w:rPr>
        <w:t xml:space="preserve"> | Feb 2017 - Mar 2019</w:t>
      </w:r>
    </w:p>
    <w:p>
      <w:pPr>
        <w:pStyle w:val="ListBullet"/>
        <w:spacing w:after="40" w:line="259" w:lineRule="auto"/>
      </w:pPr>
      <w:r>
        <w:rPr>
          <w:rFonts w:ascii="Calibri" w:hAnsi="Calibri"/>
          <w:b w:val="0"/>
          <w:color w:val="111827"/>
          <w:sz w:val="20"/>
        </w:rPr>
        <w:t>Worked on embedded development tasks and technical problem solving for industrial use cases.</w:t>
      </w:r>
    </w:p>
    <w:p>
      <w:pPr>
        <w:spacing w:before="100" w:after="20"/>
      </w:pPr>
      <w:r>
        <w:rPr>
          <w:rFonts w:ascii="Calibri" w:hAnsi="Calibri"/>
          <w:b/>
          <w:color w:val="111827"/>
          <w:sz w:val="21"/>
        </w:rPr>
        <w:t>Purchase Assistant / Embedded Developer | NASAN Medical Electronics Pvt. Ltd., Pune</w:t>
      </w:r>
      <w:r>
        <w:rPr>
          <w:rFonts w:ascii="Calibri" w:hAnsi="Calibri"/>
          <w:b/>
          <w:color w:val="4B5563"/>
          <w:sz w:val="21"/>
        </w:rPr>
        <w:t xml:space="preserve"> | Aug 2013 - Dec 2014</w:t>
      </w:r>
    </w:p>
    <w:p>
      <w:pPr>
        <w:pStyle w:val="ListBullet"/>
        <w:spacing w:after="40" w:line="259" w:lineRule="auto"/>
      </w:pPr>
      <w:r>
        <w:rPr>
          <w:rFonts w:ascii="Calibri" w:hAnsi="Calibri"/>
          <w:b w:val="0"/>
          <w:color w:val="111827"/>
          <w:sz w:val="20"/>
        </w:rPr>
        <w:t>Supported purchase operations and contributed to embedded development activities.</w:t>
      </w:r>
    </w:p>
    <w:p>
      <w:pPr>
        <w:keepNext/>
        <w:spacing w:before="160" w:after="80"/>
      </w:pPr>
      <w:r>
        <w:rPr>
          <w:rFonts w:ascii="Calibri" w:hAnsi="Calibri"/>
          <w:b/>
          <w:color w:val="1F4E79"/>
          <w:sz w:val="22"/>
        </w:rPr>
        <w:t>SELECTED PROJECTS</w:t>
      </w:r>
    </w:p>
    <w:p>
      <w:pPr>
        <w:spacing w:after="20"/>
      </w:pPr>
      <w:r>
        <w:rPr>
          <w:rFonts w:ascii="Calibri" w:hAnsi="Calibri"/>
          <w:b/>
          <w:color w:val="111827"/>
          <w:sz w:val="20"/>
        </w:rPr>
        <w:t xml:space="preserve">ST4 - MAN Energy Solution: </w:t>
      </w:r>
      <w:r>
        <w:rPr>
          <w:rFonts w:ascii="Calibri" w:hAnsi="Calibri"/>
          <w:b w:val="0"/>
          <w:color w:val="111827"/>
          <w:sz w:val="20"/>
        </w:rPr>
        <w:t>Consultant | Team Size: 4 | Nov 2024 - Present | .NET Core 7, XML, XSLT, Angular</w:t>
      </w:r>
    </w:p>
    <w:p>
      <w:pPr>
        <w:spacing w:after="20"/>
      </w:pPr>
      <w:r>
        <w:rPr>
          <w:rFonts w:ascii="Calibri" w:hAnsi="Calibri"/>
          <w:b/>
          <w:color w:val="111827"/>
          <w:sz w:val="20"/>
        </w:rPr>
        <w:t xml:space="preserve">DLF-Entitlement - DELL: </w:t>
      </w:r>
      <w:r>
        <w:rPr>
          <w:rFonts w:ascii="Calibri" w:hAnsi="Calibri"/>
          <w:b w:val="0"/>
          <w:color w:val="111827"/>
          <w:sz w:val="20"/>
        </w:rPr>
        <w:t>Developer | Team Size: 12 | Mar 2021 - Apr 2024 | C#, .NET Core 5/6, microservices, Kafka, RabbitMQ, MongoDB</w:t>
      </w:r>
    </w:p>
    <w:p>
      <w:pPr>
        <w:spacing w:after="20"/>
      </w:pPr>
      <w:r>
        <w:rPr>
          <w:rFonts w:ascii="Calibri" w:hAnsi="Calibri"/>
          <w:b/>
          <w:color w:val="111827"/>
          <w:sz w:val="20"/>
        </w:rPr>
        <w:t xml:space="preserve">SpecLink Cloud - BSD, Atlanta: </w:t>
      </w:r>
      <w:r>
        <w:rPr>
          <w:rFonts w:ascii="Calibri" w:hAnsi="Calibri"/>
          <w:b w:val="0"/>
          <w:color w:val="111827"/>
          <w:sz w:val="20"/>
        </w:rPr>
        <w:t>Developer | Team Size: 8 | Jun 2019 - Jul 2020 | .NET Core 2.2, Web API, Angular 7, SQL Server, ADO.NET, HTML5, SCSS, Bootstrap</w:t>
      </w:r>
    </w:p>
    <w:p>
      <w:pPr>
        <w:spacing w:after="20"/>
      </w:pPr>
      <w:r>
        <w:rPr>
          <w:rFonts w:ascii="Calibri" w:hAnsi="Calibri"/>
          <w:b/>
          <w:color w:val="111827"/>
          <w:sz w:val="20"/>
        </w:rPr>
        <w:t xml:space="preserve">SLC Admin - BSD, Atlanta: </w:t>
      </w:r>
      <w:r>
        <w:rPr>
          <w:rFonts w:ascii="Calibri" w:hAnsi="Calibri"/>
          <w:b w:val="0"/>
          <w:color w:val="111827"/>
          <w:sz w:val="20"/>
        </w:rPr>
        <w:t>Developer | Team Size: 7 | May 2019 - Sep 2019 | .NET Core 1.1, Web API, Angular 7, SQL Server, ADO.NET, HTML5, Bootstrap</w:t>
      </w:r>
    </w:p>
    <w:p>
      <w:pPr>
        <w:spacing w:after="20"/>
      </w:pPr>
      <w:r>
        <w:rPr>
          <w:rFonts w:ascii="Calibri" w:hAnsi="Calibri"/>
          <w:b/>
          <w:color w:val="111827"/>
          <w:sz w:val="20"/>
        </w:rPr>
        <w:t xml:space="preserve">Resource Management - Varseno Solutions: </w:t>
      </w:r>
      <w:r>
        <w:rPr>
          <w:rFonts w:ascii="Calibri" w:hAnsi="Calibri"/>
          <w:b w:val="0"/>
          <w:color w:val="111827"/>
          <w:sz w:val="20"/>
        </w:rPr>
        <w:t>Developer | Team Size: 3 | Apr 2019 - May 2019 | .NET Core 3.0, Angular 8, SQL Server, HTML5, Angular Material</w:t>
      </w:r>
    </w:p>
    <w:p>
      <w:pPr>
        <w:spacing w:after="20"/>
      </w:pPr>
      <w:r>
        <w:rPr>
          <w:rFonts w:ascii="Calibri" w:hAnsi="Calibri"/>
          <w:b/>
          <w:color w:val="111827"/>
          <w:sz w:val="20"/>
        </w:rPr>
        <w:t xml:space="preserve">AutoCAD Utilities: </w:t>
      </w:r>
      <w:r>
        <w:rPr>
          <w:rFonts w:ascii="Calibri" w:hAnsi="Calibri"/>
          <w:b w:val="0"/>
          <w:color w:val="111827"/>
          <w:sz w:val="20"/>
        </w:rPr>
        <w:t>Solo Developer | 1-week utility cycles | C#, AutoCAD</w:t>
      </w:r>
    </w:p>
    <w:p>
      <w:pPr>
        <w:keepNext/>
        <w:spacing w:before="160" w:after="80"/>
      </w:pPr>
      <w:r>
        <w:rPr>
          <w:rFonts w:ascii="Calibri" w:hAnsi="Calibri"/>
          <w:b/>
          <w:color w:val="1F4E79"/>
          <w:sz w:val="22"/>
        </w:rPr>
        <w:t>EDUCATION</w:t>
      </w:r>
    </w:p>
    <w:p>
      <w:pPr>
        <w:spacing w:after="20" w:before="0" w:line="259" w:lineRule="auto"/>
      </w:pPr>
      <w:r>
        <w:rPr>
          <w:rFonts w:ascii="Calibri" w:hAnsi="Calibri"/>
          <w:b w:val="0"/>
          <w:color w:val="111827"/>
          <w:sz w:val="20"/>
        </w:rPr>
        <w:t>B.E. | Dr. J. J. Magdum College of Engineering, Jaysingpur | 2013 | 60.75%</w:t>
      </w:r>
    </w:p>
    <w:p>
      <w:pPr>
        <w:spacing w:after="20" w:before="0" w:line="259" w:lineRule="auto"/>
      </w:pPr>
      <w:r>
        <w:rPr>
          <w:rFonts w:ascii="Calibri" w:hAnsi="Calibri"/>
          <w:b w:val="0"/>
          <w:color w:val="111827"/>
          <w:sz w:val="20"/>
        </w:rPr>
        <w:t>12th | Tatyasaheb Musale College, Ichalkaranji | 2008 | 67.67%</w:t>
      </w:r>
    </w:p>
    <w:p>
      <w:pPr>
        <w:spacing w:after="20" w:before="0" w:line="259" w:lineRule="auto"/>
      </w:pPr>
      <w:r>
        <w:rPr>
          <w:rFonts w:ascii="Calibri" w:hAnsi="Calibri"/>
          <w:b w:val="0"/>
          <w:color w:val="111827"/>
          <w:sz w:val="20"/>
        </w:rPr>
        <w:t>10th | Govindrao Highschool, Ichalkaranji | 2006 | 66.93%</w:t>
      </w:r>
    </w:p>
    <w:p>
      <w:pPr>
        <w:keepNext/>
        <w:spacing w:before="160" w:after="80"/>
      </w:pPr>
      <w:r>
        <w:rPr>
          <w:rFonts w:ascii="Calibri" w:hAnsi="Calibri"/>
          <w:b/>
          <w:color w:val="1F4E79"/>
          <w:sz w:val="22"/>
        </w:rPr>
        <w:t>ADDITIONAL INFORMATION</w:t>
      </w:r>
    </w:p>
    <w:p>
      <w:pPr>
        <w:spacing w:after="20" w:before="0" w:line="259" w:lineRule="auto"/>
      </w:pPr>
      <w:r>
        <w:rPr>
          <w:rFonts w:ascii="Calibri" w:hAnsi="Calibri"/>
          <w:b w:val="0"/>
          <w:color w:val="111827"/>
          <w:sz w:val="20"/>
        </w:rPr>
        <w:t>Languages: English, Hindi, Marathi, Japanese (Novice)</w:t>
      </w:r>
    </w:p>
    <w:p>
      <w:pPr>
        <w:spacing w:after="20" w:before="0" w:line="259" w:lineRule="auto"/>
      </w:pPr>
      <w:r>
        <w:rPr>
          <w:rFonts w:ascii="Calibri" w:hAnsi="Calibri"/>
          <w:b w:val="0"/>
          <w:color w:val="111827"/>
          <w:sz w:val="20"/>
        </w:rPr>
        <w:t>Interests: Coding, sketching, reading, anime, movies, cricket</w:t>
      </w:r>
    </w:p>
    <w:sectPr w:rsidR="00FC693F" w:rsidRPr="0006063C" w:rsidSect="00034616">
      <w:pgSz w:w="12240" w:h="15840"/>
      <w:pgMar w:top="792" w:right="893" w:bottom="792" w:left="893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  <w:rPr>
      <w:rFonts w:ascii="Calibri" w:hAnsi="Calibri"/>
      <w:sz w:val="20"/>
    </w:r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